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De las existencias físicas por sección al punto de reorden con que Compras decide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Mantener una foto confiable de las existencias por sección y un punto de reorden por producto, de forma que Almacén confirme las existencias físicas reales y Compras, dueña del punto de reorden y de los máximos y mínimos, decida la compra a tiempo, evitando faltantes y exceso de producto mientras el sistema no exporte información de manera confiable.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todos los productos de venta que se guardan en el almacén de Chihuahua, ordenados por sus secciones reales: Abarrotes, Barra, Congelados, Refrigerados, Limpieza y desechables, y Refrescos. Inicia con el conteo cíclico y la existencia física que confirma Almacén, y termina cuando Compras actualiza la foto de existencias, revisa el punto de reorden y decide la compra a través del pedido sugerido (PRO-CO-01, FOR-CO-01). Compras es dueña del punto de reorden, de los máximos y mínimos y de la decisión de compra; Almacén cuenta y confirma existencias. Queda fuera la generación de la orden de compra, que se trata en los procedimientos de Compras.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 punto de reorden es de Compras. </w:t>
      </w:r>
      <w:r>
        <w:rPr>
          <w:rFonts w:ascii="Calibri" w:hAnsi="Calibri"/>
          <w:b w:val="0"/>
          <w:i w:val="0"/>
          <w:color w:val="1C242E"/>
          <w:sz w:val="20"/>
        </w:rPr>
        <w:t>La Jefatura de Compras define y mantiene el punto de reorden, los máximos y los mínimos de cada producto según su consumo semanal, y decide la compra. Almacén no fija niveles ni decide compras.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Almacén confirma la existencia en físico. </w:t>
      </w:r>
      <w:r>
        <w:rPr>
          <w:rFonts w:ascii="Calibri" w:hAnsi="Calibri"/>
          <w:b w:val="0"/>
          <w:i w:val="0"/>
          <w:color w:val="1C242E"/>
          <w:sz w:val="20"/>
        </w:rPr>
        <w:t>La existencia que alimenta la foto la cuenta y confirma Almacén con el conteo cíclico diario por sección (PRO-ALM-02). La foto refleja el piso, no únicamente el registro. El sistema (TECHNOPC) no es confiable para existencias; se ajusta cuando el sistema se estabilice.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Recorrido diario conjunto. </w:t>
      </w:r>
      <w:r>
        <w:rPr>
          <w:rFonts w:ascii="Calibri" w:hAnsi="Calibri"/>
          <w:b w:val="0"/>
          <w:i w:val="0"/>
          <w:color w:val="1C242E"/>
          <w:sz w:val="20"/>
        </w:rPr>
        <w:t>Compras y Almacén hacen un recorrido diario conjunto para revisar producto y validar la existencia antes de calcular el pedido. Compras no cuenta por su cuenta ni toma el sistema como verdad, y nunca ajusta existencias en sistema: reporta la diferencia a Almacén y el ajuste va por PRO-ALM-03 Control de Ajustes con FOR-ALM-02.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Foto de existencias por sección. </w:t>
      </w:r>
      <w:r>
        <w:rPr>
          <w:rFonts w:ascii="Calibri" w:hAnsi="Calibri"/>
          <w:b w:val="0"/>
          <w:i w:val="0"/>
          <w:color w:val="1C242E"/>
          <w:sz w:val="20"/>
        </w:rPr>
        <w:t>La Foto de Existencias por Sección (FOR-ALM-05) la usa y la mantiene Compras; Almacén captura en ella la existencia física. Es el puente entre el inventario y la compra.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Ningún pedido nace del almacén. </w:t>
      </w:r>
      <w:r>
        <w:rPr>
          <w:rFonts w:ascii="Calibri" w:hAnsi="Calibri"/>
          <w:b w:val="0"/>
          <w:i w:val="0"/>
          <w:color w:val="1C242E"/>
          <w:sz w:val="20"/>
        </w:rPr>
        <w:t>Todo pedido a proveedor nace del pedido sugerido de Compras en FOR-CO-01 Control de Inventario y Proyección Semanal por Proveedor, que trae por producto el punto de reorden, el máximo y el mínimo, alimentado por la foto de existencias y el recorrido diario conjunto. Almacén reporta faltantes y existencias, no compra.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Función de reorden del sistema sin uso. </w:t>
      </w:r>
      <w:r>
        <w:rPr>
          <w:rFonts w:ascii="Calibri" w:hAnsi="Calibri"/>
          <w:b w:val="0"/>
          <w:i w:val="0"/>
          <w:color w:val="1C242E"/>
          <w:sz w:val="20"/>
        </w:rPr>
        <w:t>El sistema permite ver puntos de reorden y máximos y mínimos, pero hoy la función no está en uso. Mientras tanto se trabaja con FOR-ALM-05; se ajusta cuando el sistema se estabilice.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Respaldo en Excel por la limitación del sistema. </w:t>
      </w:r>
      <w:r>
        <w:rPr>
          <w:rFonts w:ascii="Calibri" w:hAnsi="Calibri"/>
          <w:b w:val="0"/>
          <w:i w:val="0"/>
          <w:color w:val="1C242E"/>
          <w:sz w:val="20"/>
        </w:rPr>
        <w:t>Como el sistema no exporta el conteo ni las existencias, la información se copia y se pega a un Excel de trabajo. Ese respaldo sostiene la foto de existencias hasta que el sistema exporte de forma confiable.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Indicador sugerido. </w:t>
      </w:r>
      <w:r>
        <w:rPr>
          <w:rFonts w:ascii="Calibri" w:hAnsi="Calibri"/>
          <w:b w:val="0"/>
          <w:i w:val="0"/>
          <w:color w:val="1C242E"/>
          <w:sz w:val="20"/>
        </w:rPr>
        <w:t>Efectividad del punto de reorden, a cargo de Compras: qué tanto los máximos y mínimos evitan faltantes y exceso de producto. El colchón se sube donde la existencia quedó corta y se baja donde quedó sobrada.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Existencia por sección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Cantidad de cada producto que hay físicamente en piso, agrupada por la sección del almacén a la que pertenece.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Consumo semanal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Cantidad de un producto que la operación mueve en una semana; es la base con que Compras define cuánto stock mantener.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Punto de reorden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Existencia mínima de un producto que, al alcanzarse, dispara la compra; lo define y lo mantiene Compras.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Máximos y mínimos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Límites de existencia por producto que fija Compras para no quedarse sin producto ni comprar de más.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Foto de existencias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Corte de las existencias por sección en un momento dado; la mantiene Compras en FOR-ALM-05 con la existencia física que captura Almacén.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Recorrido diario conjunto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Revisión diaria en piso que hacen Compras y Almacén para revisar producto y validar la existencia antes de calcular el pedido.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Pedido sugerido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Propuesta de compra que arma Compras en FOR-CO-01 Control de Inventario y Proyección Semanal por Proveedor a partir de la foto de existencias, el recorrido diario conjunto y el punto de reorden, el máximo y el mínimo de cada producto.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Compras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Definir y actualizar el punto de reorden, los máximos y los mínimos de cada producto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Mantener la Foto de Existencias por Sección (FOR-ALM-05) y marcar lo que llegó a reorden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Hacer con Almacén el recorrido diario conjunto y reportar a Almacén las diferencias, sin ajustar existencias en sistema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Armar el pedido sugerido en FOR-CO-01, con punto de reorden, máximo y mínimo por producto, y decidir la compra a través de PRO-CO-01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Dar seguimiento al indicador de efectividad del punto de reorden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Confirmar las existencias físicas por sección con el conteo cíclico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Validar la existencia física que se captura en FOR-ALM-05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Hacer con Compras el recorrido diario conjunto para validar la existencia antes del pedido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Reportar a Compras los faltantes y las diferencias que detecte en piso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Auxiliar de 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Levantar el conteo cíclico por sección que alimenta la existencia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Copiar y pegar del sistema la información de existencias al Excel de trabajo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Capturar la existencia física en FOR-ALM-05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Encargado de Almacén y Sistema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Atender las fallas de exportación y de descuento que afecten la existencia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Apoyar a Compras en habilitar la función de reorden y de máximos y mínimos del sistema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Jefatura de Compras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Próxima 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 los seis meses de su aprobación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proceso va del conteo físico por sección a la decisión de compra. Cada paso indica el responsable y el formato que se genera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A · Existencias físicas por sección (Almacén)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Levantamiento de la existencia. </w:t>
      </w:r>
      <w:r>
        <w:rPr>
          <w:rFonts w:ascii="Calibri" w:hAnsi="Calibri"/>
          <w:b w:val="0"/>
          <w:i w:val="0"/>
          <w:color w:val="1C242E"/>
          <w:sz w:val="20"/>
        </w:rPr>
        <w:t>El Auxiliar de Almacén toma la existencia de cada producto a partir del conteo cíclico por sección, respetando las secciones reales del almacén.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Entrada: </w:t>
      </w:r>
      <w:r>
        <w:rPr>
          <w:rFonts w:ascii="Calibri" w:hAnsi="Calibri"/>
          <w:b w:val="0"/>
          <w:i w:val="0"/>
          <w:color w:val="595959"/>
          <w:sz w:val="18"/>
        </w:rPr>
        <w:t>Conteo cíclico por sección PRO-ALM-02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La existencia se confirma en físico, no solo con el sistema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Respaldo en Excel por la limitación del sistema. </w:t>
      </w:r>
      <w:r>
        <w:rPr>
          <w:rFonts w:ascii="Calibri" w:hAnsi="Calibri"/>
          <w:b w:val="0"/>
          <w:i w:val="0"/>
          <w:color w:val="1C242E"/>
          <w:sz w:val="20"/>
        </w:rPr>
        <w:t>Como el sistema no exporta las existencias, se copian y se pegan a un Excel de trabajo con el primer conteo y las diferencias encontradas.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Nota: </w:t>
      </w:r>
      <w:r>
        <w:rPr>
          <w:rFonts w:ascii="Calibri" w:hAnsi="Calibri"/>
          <w:b w:val="0"/>
          <w:i w:val="0"/>
          <w:color w:val="595959"/>
          <w:sz w:val="18"/>
        </w:rPr>
        <w:t>Se ajusta cuando el sistema se estabilice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Captura en la foto de existencias. </w:t>
      </w:r>
      <w:r>
        <w:rPr>
          <w:rFonts w:ascii="Calibri" w:hAnsi="Calibri"/>
          <w:b w:val="0"/>
          <w:i w:val="0"/>
          <w:color w:val="1C242E"/>
          <w:sz w:val="20"/>
        </w:rPr>
        <w:t>Almacén captura la existencia física por sección (Abarrotes, Barra, Congelados, Refrigerados, Limpieza y desechables, Refrescos) en la foto de existencias que mantiene Compras.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FOR-ALM-05 Foto de existencias por sección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B · Punto de reorden y máximos y mínimos (Compras)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Nivel de stock por consumo. </w:t>
      </w:r>
      <w:r>
        <w:rPr>
          <w:rFonts w:ascii="Calibri" w:hAnsi="Calibri"/>
          <w:b w:val="0"/>
          <w:i w:val="0"/>
          <w:color w:val="1C242E"/>
          <w:sz w:val="20"/>
        </w:rPr>
        <w:t>La Jefatura de Compras define cuánto producto mantener de cada artículo según su consumo semanal: más colchón para lo de alta rotación, menos para lo de baja.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Compras fija el nivel; Almacén no decide compras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Punto de reorden, máximos y mínimos. </w:t>
      </w:r>
      <w:r>
        <w:rPr>
          <w:rFonts w:ascii="Calibri" w:hAnsi="Calibri"/>
          <w:b w:val="0"/>
          <w:i w:val="0"/>
          <w:color w:val="1C242E"/>
          <w:sz w:val="20"/>
        </w:rPr>
        <w:t>Compras fija para cada producto la existencia que dispara la compra y sus límites, y los revisa cuando cambia el consumo o la temporada.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Salida: </w:t>
      </w:r>
      <w:r>
        <w:rPr>
          <w:rFonts w:ascii="Calibri" w:hAnsi="Calibri"/>
          <w:b w:val="0"/>
          <w:i w:val="0"/>
          <w:color w:val="595959"/>
          <w:sz w:val="18"/>
        </w:rPr>
        <w:t>Punto de reorden y máximos y mínimos por producto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Nota: </w:t>
      </w:r>
      <w:r>
        <w:rPr>
          <w:rFonts w:ascii="Calibri" w:hAnsi="Calibri"/>
          <w:b w:val="0"/>
          <w:i w:val="0"/>
          <w:color w:val="595959"/>
          <w:sz w:val="18"/>
        </w:rPr>
        <w:t>La función existe en el sistema pero hoy no está en uso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Marca de productos en reorden. </w:t>
      </w:r>
      <w:r>
        <w:rPr>
          <w:rFonts w:ascii="Calibri" w:hAnsi="Calibri"/>
          <w:b w:val="0"/>
          <w:i w:val="0"/>
          <w:color w:val="1C242E"/>
          <w:sz w:val="20"/>
        </w:rPr>
        <w:t>Compras marca en la foto los productos cuya existencia física bajó del punto de reorden, para priorizarlos en el pedido sugerido.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FOR-ALM-05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C · Decisión de compra y seguimiento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Recorrido diario conjunto. </w:t>
      </w:r>
      <w:r>
        <w:rPr>
          <w:rFonts w:ascii="Calibri" w:hAnsi="Calibri"/>
          <w:b w:val="0"/>
          <w:i w:val="0"/>
          <w:color w:val="1C242E"/>
          <w:sz w:val="20"/>
        </w:rPr>
        <w:t>Compras y Almacén recorren el piso para revisar producto y validar la existencia antes de calcular el pedido. Si Compras detecta una diferencia, la reporta a Almacén; no ajusta el sistema.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Ajustes PRO-ALM-03 con FOR-ALM-02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Pedido sugerido. </w:t>
      </w:r>
      <w:r>
        <w:rPr>
          <w:rFonts w:ascii="Calibri" w:hAnsi="Calibri"/>
          <w:b w:val="0"/>
          <w:i w:val="0"/>
          <w:color w:val="1C242E"/>
          <w:sz w:val="20"/>
        </w:rPr>
        <w:t>Compras arma el pedido sugerido y la proyección a partir de la foto de existencias validada y del punto de reorden, el máximo y el mínimo de cada producto.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FOR-CO-01 Control de Inventario y Proyección Semanal por Proveedor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Decisión y ejecución de la compra. </w:t>
      </w:r>
      <w:r>
        <w:rPr>
          <w:rFonts w:ascii="Calibri" w:hAnsi="Calibri"/>
          <w:b w:val="0"/>
          <w:i w:val="0"/>
          <w:color w:val="1C242E"/>
          <w:sz w:val="20"/>
        </w:rPr>
        <w:t>La Jefatura de Compras decide la compra final y la ejecuta conforme a su procedimiento.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Compras PRO-CO-01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Aclaraciones y seguimiento. </w:t>
      </w:r>
      <w:r>
        <w:rPr>
          <w:rFonts w:ascii="Calibri" w:hAnsi="Calibri"/>
          <w:b w:val="0"/>
          <w:i w:val="0"/>
          <w:color w:val="1C242E"/>
          <w:sz w:val="20"/>
        </w:rPr>
        <w:t>Almacén atiende las aclaraciones de existencias que pida Compras y reporta las fallas de exportación. Compras da seguimiento a la efectividad del punto de reorden.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Nota: </w:t>
      </w:r>
      <w:r>
        <w:rPr>
          <w:rFonts w:ascii="Calibri" w:hAnsi="Calibri"/>
          <w:b w:val="0"/>
          <w:i w:val="0"/>
          <w:color w:val="595959"/>
          <w:sz w:val="18"/>
        </w:rPr>
        <w:t>Indicador sugerido: efectividad del punto de reorden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existencias y reorden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57303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macen-existencias-reorde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57303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Almacén confirma las existencias físicas por sección; Compras mantiene la foto, fija el punto de reorden y decide la compra.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 división es clara: Almacén cuenta y confirma existencias; Compras es dueña del punto de reorden, de los máximos y mínimos y de la decisión de compra. El sistema permite ver puntos de reorden y máximos y mínimos, pero hoy la función no está en uso y no exporta las existencias, por lo que se trabaja con FOR-ALM-05 y un Excel de respaldo; se ajusta cuando el sistema se estabilice. Habilitar esa función con el proveedor del sistema queda como propuesta a ratificar por Dirección. Indicador sugerido para Compras: efectividad del punto de reorden.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24-09-2026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para validación de Dirección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 propiedad pasa a la Jefatura de Compras (punto de reorden, máximos y mínimos y decisión de compra); Almacén cuenta y confirma existencias. Se agrega nota de la función de reorden sin uso y el indicador de efectividad del punto de reorden.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1.2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 agrega el recorrido diario conjunto de Compras y Almacén para validar la existencia antes del pedido, sin ajustes de Compras en sistema. Se corrige el nombre de FOR-CO-01, que ahora trae punto de reorden, máximo y mínimo.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Jefatura de Compras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Almacén e Inventarios | PRO-ALM-07 V1.2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Existencias y Reorden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PRO-ALM-07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1.2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24-09-2026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22-10-2026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Almacén e Inventarios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Jefatura de Compras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Anual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PRO-ALM-07 Existencias y Reorden</dc:title>
  <dc:subject>De las existencias físicas por sección al punto de reorden con que Compras decide</dc:subject>
  <dc:creator>DETA Consultores</dc:creator>
  <cp:keywords/>
  <dc:description>Grupo DISAL | Procedimiento de Almacén e Inventarios | V1.2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