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princip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Contrato Individual de Trabajo para Menor de Edad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FOR-RH-28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after="80"/>
      </w:pPr>
      <w:r>
        <w:rPr>
          <w:b w:val="0"/>
          <w:i/>
          <w:sz w:val="18"/>
        </w:rPr>
        <w:t>Plantilla. Se completa con los datos del menor, del padre, madre o tutor y del puesto al momento de la contratación. El trabajo de menores requiere autorización del tutor, certificado médico de aptitud y registro especial.</w:t>
      </w:r>
    </w:p>
    <w:p>
      <w:pPr>
        <w:spacing w:after="80"/>
      </w:pPr>
      <w:r>
        <w:rPr>
          <w:b w:val="0"/>
          <w:i w:val="0"/>
          <w:sz w:val="21"/>
        </w:rPr>
        <w:t>Contrato Individual de Trabajo por Tiempo Indeterminado que celebran, por una parte, Grupo DISAL de Chihuahua, S.A. de C.V., a quien en lo sucesivo se le denominará EL PATRÓN, y por la otra el menor de edad cuyos datos se asientan más adelante, representado en este acto por su padre, madre o tutor legal, a quien en lo sucesivo se le denominará EL TRABAJADOR, al tenor de las siguientes declaraciones y cláusulas.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DATOS DEL MENOR TRABAJADOR</w:t>
      </w:r>
    </w:p>
    <w:p>
      <w:pPr>
        <w:spacing w:after="120"/>
      </w:pPr>
      <w:r>
        <w:rPr>
          <w:b/>
          <w:sz w:val="20"/>
        </w:rPr>
        <w:t xml:space="preserve">Nombre completo del menor: </w:t>
      </w:r>
      <w:r>
        <w:rPr>
          <w:sz w:val="20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Edad (mayor de 15 y menor de 18): </w:t>
            </w:r>
            <w:r>
              <w:rPr>
                <w:sz w:val="20"/>
              </w:rPr>
              <w:t>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Fecha de nacimiento: </w:t>
            </w:r>
            <w:r>
              <w:rPr>
                <w:sz w:val="20"/>
              </w:rPr>
              <w:t>_______________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Domicilio: </w:t>
      </w:r>
      <w:r>
        <w:rPr>
          <w:sz w:val="20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CURP: </w:t>
            </w:r>
            <w:r>
              <w:rPr>
                <w:sz w:val="20"/>
              </w:rPr>
              <w:t>______________________________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Puesto: </w:t>
            </w:r>
            <w:r>
              <w:rPr>
                <w:sz w:val="20"/>
              </w:rPr>
              <w:t>____________________________</w:t>
            </w:r>
          </w:p>
        </w:tc>
      </w:tr>
    </w:tbl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DATOS DEL PADRE, MADRE O TUTOR</w:t>
      </w:r>
    </w:p>
    <w:p>
      <w:pPr>
        <w:spacing w:after="120"/>
      </w:pPr>
      <w:r>
        <w:rPr>
          <w:b/>
          <w:sz w:val="20"/>
        </w:rPr>
        <w:t xml:space="preserve">Nombre completo: </w:t>
      </w:r>
      <w:r>
        <w:rPr>
          <w:sz w:val="20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Parentesco: </w:t>
            </w:r>
            <w:r>
              <w:rPr>
                <w:sz w:val="20"/>
              </w:rPr>
              <w:t>________________________</w:t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 xml:space="preserve">Teléfono: </w:t>
            </w:r>
            <w:r>
              <w:rPr>
                <w:sz w:val="20"/>
              </w:rPr>
              <w:t>__________________________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Domicilio: </w:t>
      </w:r>
      <w:r>
        <w:rPr>
          <w:sz w:val="20"/>
        </w:rPr>
        <w:t>______________________________________________________________________________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DECLARACIONES</w:t>
      </w:r>
    </w:p>
    <w:p>
      <w:pPr>
        <w:spacing w:after="80"/>
      </w:pPr>
      <w:r>
        <w:rPr>
          <w:b w:val="0"/>
          <w:i w:val="0"/>
          <w:sz w:val="21"/>
        </w:rPr>
        <w:t>I. Declara EL PATRÓN: a) ser una persona moral legalmente constituida conforme a las leyes mexicanas; b) tener su domicilio en Calle Zubirán número 101, interior 7, Col. Santa Rosa, C.P. 31050, Chihuahua, Chihuahua; c) requerir los servicios de EL TRABAJADOR para desempeñar labores compatibles con su edad, desarrollo y condición física.</w:t>
      </w:r>
    </w:p>
    <w:p>
      <w:pPr>
        <w:spacing w:after="80"/>
      </w:pPr>
      <w:r>
        <w:rPr>
          <w:b w:val="0"/>
          <w:i w:val="0"/>
          <w:sz w:val="21"/>
        </w:rPr>
        <w:t>II. Declara EL TRABAJADOR: a) ser mayor de 15 años y menor de 18; b) contar con la autorización expresa de su padre, madre o tutor legal para prestar sus servicios; c) contar con certificado médico que acredita su aptitud para el trabajo contratado; d) tener el domicilio señalado en este contrato.</w:t>
      </w:r>
    </w:p>
    <w:p>
      <w:pPr>
        <w:spacing w:after="80"/>
      </w:pPr>
      <w:r>
        <w:rPr>
          <w:b w:val="0"/>
          <w:i w:val="0"/>
          <w:sz w:val="21"/>
        </w:rPr>
        <w:t>III. Declara el padre, madre o tutor: a) ser el legítimo representante legal del menor; b) autorizar expresamente la prestación de servicios del menor conforme a la Ley Federal del Trabajo.</w:t>
      </w:r>
    </w:p>
    <w:p>
      <w:pPr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CLÁUSULAS</w:t>
      </w:r>
    </w:p>
    <w:p>
      <w:pPr>
        <w:spacing w:after="80"/>
      </w:pPr>
      <w:r>
        <w:rPr>
          <w:b w:val="0"/>
          <w:i w:val="0"/>
          <w:sz w:val="21"/>
        </w:rPr>
        <w:t>Primera. Objeto. EL TRABAJADOR prestará sus servicios personales subordinados en el puesto señalado, realizando actividades compatibles con su edad y desarrollo, que no impliquen labores peligrosas, insalubres ni prohibidas para menores por la Ley Federal del Trabajo.</w:t>
      </w:r>
    </w:p>
    <w:p>
      <w:pPr>
        <w:spacing w:after="80"/>
      </w:pPr>
      <w:r>
        <w:rPr>
          <w:b w:val="0"/>
          <w:i w:val="0"/>
          <w:sz w:val="21"/>
        </w:rPr>
        <w:t>Segunda. Lugar de trabajo. Los servicios se prestan en el domicilio ubicado en Calle Zubirán número 101, interior 7, Col. Santa Rosa, C.P. 31050, Chihuahua, Chihuahua, o en el que EL PATRÓN indique dentro de la misma ciudad.</w:t>
      </w:r>
    </w:p>
    <w:p>
      <w:pPr>
        <w:spacing w:after="80"/>
      </w:pPr>
      <w:r>
        <w:rPr>
          <w:b w:val="0"/>
          <w:i w:val="0"/>
          <w:sz w:val="21"/>
        </w:rPr>
        <w:t>Tercera. Duración. El presente contrato es por tiempo indeterminado. La relación de trabajo subsiste mientras el menor conserve la edad y las condiciones previstas por la ley para el trabajo de menores y no exista causa legal de terminación.</w:t>
      </w:r>
    </w:p>
    <w:p>
      <w:pPr>
        <w:spacing w:after="80"/>
      </w:pPr>
      <w:r>
        <w:rPr>
          <w:b w:val="0"/>
          <w:i w:val="0"/>
          <w:sz w:val="21"/>
        </w:rPr>
        <w:t>Cuarta. Jornada de trabajo. La jornada será de un máximo de seis horas diarias, sin exceder de tres horas continuas, distribuidas de ______ a ______ horas, con un período de reposo intermedio. Queda prohibido el trabajo en horas extraordinarias, en jornada nocturna industrial y después de las diez de la noche, conforme a la Ley Federal del Trabajo.</w:t>
      </w:r>
    </w:p>
    <w:p>
      <w:pPr>
        <w:spacing w:after="80"/>
      </w:pPr>
      <w:r>
        <w:rPr>
          <w:b w:val="0"/>
          <w:i w:val="0"/>
          <w:sz w:val="21"/>
        </w:rPr>
        <w:t>Quinta. Salario. EL PATRÓN pagará a EL TRABAJADOR la cantidad de $______________ por concepto de salario __________, mediante __________. El salario nunca será inferior al que corresponda por igual trabajo a un trabajador mayor de edad.</w:t>
      </w:r>
    </w:p>
    <w:p>
      <w:pPr>
        <w:spacing w:after="80"/>
      </w:pPr>
      <w:r>
        <w:rPr>
          <w:b w:val="0"/>
          <w:i w:val="0"/>
          <w:sz w:val="21"/>
        </w:rPr>
        <w:t>Sexta. Descansos y vacaciones. EL TRABAJADOR gozará de un día de descanso por cada seis de trabajo, de los descansos obligatorios de ley y de un período anual de vacaciones pagadas de dieciocho días laborables, conforme al artículo 179 de la Ley Federal del Trabajo.</w:t>
      </w:r>
    </w:p>
    <w:p>
      <w:pPr>
        <w:spacing w:after="80"/>
      </w:pPr>
      <w:r>
        <w:rPr>
          <w:b w:val="0"/>
          <w:i w:val="0"/>
          <w:sz w:val="21"/>
        </w:rPr>
        <w:t>Séptima. Obligaciones del patrón. EL PATRÓN se obliga a: a) garantizar condiciones seguras de trabajo; b) no asignar labores peligrosas, insalubres ni prohibidas para menores; c) respetar y compatibilizar los horarios escolares del menor; d) permitir las revisiones médicas que la autoridad laboral requiera; e) llevar un registro especial del trabajador menor de edad.</w:t>
      </w:r>
    </w:p>
    <w:p>
      <w:pPr>
        <w:spacing w:after="80"/>
      </w:pPr>
      <w:r>
        <w:rPr>
          <w:b w:val="0"/>
          <w:i w:val="0"/>
          <w:sz w:val="21"/>
        </w:rPr>
        <w:t>Octava. Obligaciones del trabajador. EL TRABAJADOR se obliga a: a) cumplir con las actividades asignadas; b) observar el reglamento interior de trabajo; c) mantener una conducta adecuada dentro del centro laboral.</w:t>
      </w:r>
    </w:p>
    <w:p>
      <w:pPr>
        <w:spacing w:after="80"/>
      </w:pPr>
      <w:r>
        <w:rPr>
          <w:b w:val="0"/>
          <w:i w:val="0"/>
          <w:sz w:val="21"/>
        </w:rPr>
        <w:t>Novena. Terminación. El presente contrato podrá darse por terminado conforme a las causas previstas en la Ley Federal del Trabajo.</w:t>
      </w:r>
    </w:p>
    <w:p>
      <w:pPr>
        <w:spacing w:after="80"/>
      </w:pPr>
      <w:r>
        <w:rPr>
          <w:b w:val="0"/>
          <w:i w:val="0"/>
          <w:sz w:val="21"/>
        </w:rPr>
        <w:t>Décima. Jurisdicción. Para todo lo relacionado con la interpretación y cumplimiento de este contrato, las partes se someten a las autoridades laborales competentes de Chihuahua, Chihuahua.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Antes de su uso, este contrato debe ser revisado por el abogado laboral de Grupo DISAL. El trabajo de menores requiere autorización del padre, madre o tutor, certificado médico de aptitud y registro especial, conforme a los artículos 22, 23 y 173 a 180 de la Ley Federal del Trabajo.</w:t>
            </w:r>
          </w:p>
        </w:tc>
      </w:tr>
    </w:tbl>
    <w:p>
      <w:pPr>
        <w:spacing w:after="40"/>
      </w:pPr>
    </w:p>
    <w:p>
      <w:pPr>
        <w:spacing w:after="200"/>
      </w:pPr>
      <w:r>
        <w:rPr>
          <w:b w:val="0"/>
          <w:i w:val="0"/>
          <w:sz w:val="21"/>
        </w:rPr>
        <w:t>Leído que fue el presente contrato y enteradas las partes de su contenido y alcance legal, lo firman por duplicado en la ciudad de Chihuahua, Chihuahua.</w:t>
      </w: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 Patrón (representante legal)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 Trabajador (menor de edad)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Padre, madre o tutor</w:t>
            </w:r>
          </w:p>
        </w:tc>
      </w:tr>
    </w:tbl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Testigo (nombre y firma)</w:t>
            </w:r>
          </w:p>
        </w:tc>
        <w:tc>
          <w:tcPr>
            <w:tcW w:type="dxa" w:w="51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Testigo (nombre y firma)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FOR-RH-28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