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244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152000" cy="48011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isal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4801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52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Documento: Formato de RH</w:t>
            </w:r>
          </w:p>
        </w:tc>
        <w:tc>
          <w:tcPr>
            <w:tcW w:type="dxa" w:w="3468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4"/>
              </w:rPr>
              <w:t>Carta de Renuncia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Revisión: 1.0</w:t>
            </w:r>
          </w:p>
        </w:tc>
      </w:tr>
      <w:tr>
        <w:tc>
          <w:tcPr>
            <w:tcW w:type="dxa" w:w="2244"/>
            <w:vMerge/>
          </w:tcPr>
          <w:p/>
        </w:tc>
        <w:tc>
          <w:tcPr>
            <w:tcW w:type="dxa" w:w="2652"/>
          </w:tcPr>
          <w:p>
            <w:r/>
            <w:r>
              <w:rPr>
                <w:rFonts w:ascii="Calibri" w:hAnsi="Calibri"/>
                <w:b/>
                <w:sz w:val="18"/>
              </w:rPr>
              <w:t>Código: FOR-RH-18</w:t>
            </w:r>
          </w:p>
        </w:tc>
        <w:tc>
          <w:tcPr>
            <w:tcW w:type="dxa" w:w="3468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Fecha: 30-07-2026</w:t>
            </w:r>
          </w:p>
        </w:tc>
      </w:tr>
    </w:tbl>
    <w:p>
      <w:pPr>
        <w:spacing w:before="40" w:after="120"/>
        <w:pBdr>
          <w:bottom w:val="single" w:sz="18" w:color="FB803A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0" w:color="595959"/>
          <w:left w:val="single" w:sz="10" w:color="595959"/>
          <w:bottom w:val="single" w:sz="10" w:color="595959"/>
          <w:right w:val="single" w:sz="10" w:color="595959"/>
          <w:insideH w:val="single" w:sz="10" w:color="595959"/>
          <w:insideV w:val="single" w:sz="10" w:color="595959"/>
        </w:tblBorders>
      </w:tblPr>
      <w:tblGrid>
        <w:gridCol w:w="10200"/>
      </w:tblGrid>
      <w:tr>
        <w:tc>
          <w:tcPr>
            <w:tcW w:type="dxa" w:w="10200"/>
            <w:shd w:val="clear" w:fill="F2F2F2"/>
          </w:tcPr>
          <w:p>
            <w:r/>
            <w:r>
              <w:rPr>
                <w:rFonts w:ascii="Calibri" w:hAnsi="Calibri"/>
                <w:b/>
                <w:color w:val="404040"/>
                <w:sz w:val="17"/>
              </w:rPr>
              <w:t>MODELO CON PLACEHOLDERS. Requiere revisión de abogado laboral antes del primer uso. Eliminar esta caja al preparar la versión de uso.</w:t>
            </w:r>
          </w:p>
        </w:tc>
      </w:tr>
    </w:tbl>
    <w:p>
      <w:pPr>
        <w:spacing w:after="40"/>
      </w:pPr>
    </w:p>
    <w:p>
      <w:pPr>
        <w:spacing w:after="200"/>
        <w:jc w:val="right"/>
      </w:pPr>
      <w:r>
        <w:rPr>
          <w:b w:val="0"/>
          <w:i w:val="0"/>
          <w:sz w:val="20"/>
        </w:rPr>
      </w:r>
      <w:r>
        <w:rPr>
          <w:b/>
          <w:sz w:val="20"/>
          <w:highlight w:val="yellow"/>
        </w:rPr>
        <w:t>[CIUDAD]</w:t>
      </w:r>
      <w:r>
        <w:rPr>
          <w:sz w:val="20"/>
        </w:rPr>
        <w:t xml:space="preserve">, </w:t>
      </w:r>
      <w:r>
        <w:rPr>
          <w:b/>
          <w:sz w:val="20"/>
          <w:highlight w:val="yellow"/>
        </w:rPr>
        <w:t>[ESTADO]</w:t>
      </w:r>
      <w:r>
        <w:rPr>
          <w:sz w:val="20"/>
        </w:rPr>
        <w:t xml:space="preserve">, a </w:t>
      </w:r>
      <w:r>
        <w:rPr>
          <w:b/>
          <w:sz w:val="20"/>
          <w:highlight w:val="yellow"/>
        </w:rPr>
        <w:t>[DIA]</w:t>
      </w:r>
      <w:r>
        <w:rPr>
          <w:sz w:val="20"/>
        </w:rPr>
        <w:t xml:space="preserve"> de </w:t>
      </w:r>
      <w:r>
        <w:rPr>
          <w:b/>
          <w:sz w:val="20"/>
          <w:highlight w:val="yellow"/>
        </w:rPr>
        <w:t>[MES]</w:t>
      </w:r>
      <w:r>
        <w:rPr>
          <w:sz w:val="20"/>
        </w:rPr>
        <w:t xml:space="preserve"> de </w:t>
      </w:r>
      <w:r>
        <w:rPr>
          <w:b/>
          <w:sz w:val="20"/>
          <w:highlight w:val="yellow"/>
        </w:rPr>
        <w:t>[AÑO]</w:t>
      </w:r>
    </w:p>
    <w:p>
      <w:pPr>
        <w:spacing w:after="20"/>
      </w:pPr>
      <w:r>
        <w:rPr>
          <w:b w:val="0"/>
          <w:i w:val="0"/>
          <w:sz w:val="21"/>
        </w:rPr>
      </w:r>
      <w:r>
        <w:rPr>
          <w:b/>
          <w:sz w:val="21"/>
          <w:highlight w:val="yellow"/>
        </w:rPr>
        <w:t>[GRUPO DISAL DE CHIHUAHUA, S.A. DE C.V.]</w:t>
      </w:r>
    </w:p>
    <w:p>
      <w:pPr>
        <w:spacing w:after="20"/>
      </w:pPr>
      <w:r>
        <w:rPr>
          <w:b/>
          <w:i w:val="0"/>
          <w:sz w:val="21"/>
        </w:rPr>
        <w:t>At'n: Dirección General</w:t>
      </w:r>
    </w:p>
    <w:p>
      <w:pPr>
        <w:spacing w:after="200"/>
      </w:pPr>
      <w:r>
        <w:rPr>
          <w:b/>
          <w:i w:val="0"/>
          <w:sz w:val="21"/>
        </w:rPr>
        <w:t>Presente.</w:t>
      </w:r>
    </w:p>
    <w:p>
      <w:pPr>
        <w:spacing w:after="160"/>
      </w:pPr>
      <w:r>
        <w:rPr>
          <w:b w:val="0"/>
          <w:i w:val="0"/>
          <w:sz w:val="21"/>
        </w:rPr>
      </w:r>
      <w:r>
        <w:rPr>
          <w:sz w:val="21"/>
        </w:rPr>
        <w:t xml:space="preserve">Por medio de la presente comunico mi decisión de renunciar de manera voluntaria e irrevocable, por así convenir a mis intereses, al puesto de </w:t>
      </w:r>
      <w:r>
        <w:rPr>
          <w:b/>
          <w:sz w:val="21"/>
          <w:highlight w:val="yellow"/>
        </w:rPr>
        <w:t>[PUESTO]</w:t>
      </w:r>
      <w:r>
        <w:rPr>
          <w:sz w:val="21"/>
        </w:rPr>
        <w:t xml:space="preserve"> que he venido desempeñando en esa empresa desde el </w:t>
      </w:r>
      <w:r>
        <w:rPr>
          <w:b/>
          <w:sz w:val="21"/>
          <w:highlight w:val="yellow"/>
        </w:rPr>
        <w:t>[FECHA DE INGRESO]</w:t>
      </w:r>
      <w:r>
        <w:rPr>
          <w:sz w:val="21"/>
        </w:rPr>
        <w:t xml:space="preserve">, siendo mi último día de labores el </w:t>
      </w:r>
      <w:r>
        <w:rPr>
          <w:b/>
          <w:sz w:val="21"/>
          <w:highlight w:val="yellow"/>
        </w:rPr>
        <w:t>[FECHA DEL ULTIMO DIA LABORADO]</w:t>
      </w:r>
      <w:r>
        <w:rPr>
          <w:sz w:val="21"/>
        </w:rPr>
        <w:t>.</w:t>
      </w:r>
    </w:p>
    <w:p>
      <w:pPr>
        <w:spacing w:after="160"/>
      </w:pPr>
      <w:r>
        <w:rPr>
          <w:b w:val="0"/>
          <w:i w:val="0"/>
          <w:sz w:val="21"/>
        </w:rPr>
      </w:r>
      <w:r>
        <w:rPr>
          <w:sz w:val="21"/>
        </w:rPr>
        <w:t>Manifiesto que durante el tiempo que duró la relación de trabajo recibí íntegramente el pago de los salarios y prestaciones que me correspondieron conforme a la ley, y que la empresa me cubrirá el finiquito de las partes proporcionales devengadas de acuerdo con la Ley Federal del Trabajo.</w:t>
      </w:r>
    </w:p>
    <w:p>
      <w:pPr>
        <w:spacing w:after="160"/>
      </w:pPr>
      <w:r>
        <w:rPr>
          <w:b w:val="0"/>
          <w:i w:val="0"/>
          <w:sz w:val="21"/>
        </w:rPr>
      </w:r>
      <w:r>
        <w:rPr>
          <w:sz w:val="21"/>
        </w:rPr>
        <w:t>Agradezco las atenciones recibidas durante mi permanencia en la empresa.</w:t>
      </w:r>
    </w:p>
    <w:p>
      <w:pPr>
        <w:spacing w:after="440"/>
        <w:jc w:val="center"/>
      </w:pPr>
      <w:r>
        <w:rPr>
          <w:b w:val="0"/>
          <w:i w:val="0"/>
          <w:sz w:val="21"/>
        </w:rPr>
        <w:t>Atentamente</w:t>
      </w:r>
    </w:p>
    <w:p>
      <w:pPr>
        <w:spacing w:after="20"/>
        <w:jc w:val="center"/>
      </w:pPr>
      <w:r>
        <w:rPr>
          <w:b w:val="0"/>
          <w:i w:val="0"/>
          <w:sz w:val="20"/>
        </w:rPr>
        <w:t>________________________________________</w:t>
      </w:r>
    </w:p>
    <w:p>
      <w:pPr>
        <w:spacing w:after="20"/>
        <w:jc w:val="center"/>
      </w:pPr>
      <w:r>
        <w:rPr>
          <w:b w:val="0"/>
          <w:i w:val="0"/>
          <w:sz w:val="20"/>
        </w:rPr>
      </w:r>
      <w:r>
        <w:rPr>
          <w:b/>
          <w:sz w:val="20"/>
          <w:highlight w:val="yellow"/>
        </w:rPr>
        <w:t>[NOMBRE COMPLETO DEL TRABAJADOR]</w:t>
      </w:r>
    </w:p>
    <w:p>
      <w:pPr>
        <w:spacing w:after="120"/>
        <w:jc w:val="center"/>
      </w:pPr>
      <w:r>
        <w:rPr>
          <w:b w:val="0"/>
          <w:i w:val="0"/>
          <w:sz w:val="17"/>
        </w:rPr>
        <w:t>Firma autógrafa</w:t>
      </w:r>
    </w:p>
    <w:p>
      <w:pPr>
        <w:spacing w:after="160"/>
      </w:pPr>
      <w:r>
        <w:rPr>
          <w:b/>
          <w:i w:val="0"/>
          <w:sz w:val="20"/>
        </w:rPr>
        <w:t>Escriba de su puño y letra la fecha y la frase "renuncio voluntariamente":</w:t>
      </w:r>
    </w:p>
    <w:p>
      <w:pPr>
        <w:spacing w:after="280"/>
      </w:pPr>
      <w:r>
        <w:rPr>
          <w:b w:val="0"/>
          <w:i w:val="0"/>
          <w:sz w:val="20"/>
        </w:rPr>
        <w:t>_______________________________________________________________________________________________</w:t>
      </w:r>
    </w:p>
    <w:p>
      <w:pPr>
        <w:spacing w:after="280"/>
      </w:pPr>
      <w:r>
        <w:rPr>
          <w:b w:val="0"/>
          <w:i w:val="0"/>
          <w:sz w:val="20"/>
        </w:rPr>
        <w:t>_______________________________________________________________________________________________</w:t>
      </w:r>
    </w:p>
    <w:p>
      <w:pPr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Testigo 1 (nombre y firma)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Testigo 2 (nombre y firma)</w:t>
            </w:r>
          </w:p>
        </w:tc>
      </w:tr>
    </w:tbl>
    <w:p>
      <w:pPr>
        <w:spacing w:after="60"/>
      </w:pPr>
      <w:r>
        <w:rPr>
          <w:b/>
          <w:i w:val="0"/>
          <w:sz w:val="18"/>
        </w:rPr>
        <w:t>Acuse de recibido (uso exclusivo de la empresa)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  <w:tblLayout w:type="fixed"/>
      </w:tblPr>
      <w:tblGrid>
        <w:gridCol w:w="2856"/>
        <w:gridCol w:w="2550"/>
        <w:gridCol w:w="2244"/>
        <w:gridCol w:w="2550"/>
      </w:tblGrid>
      <w:tr>
        <w:tc>
          <w:tcPr>
            <w:tcW w:type="dxa" w:w="2856"/>
            <w:shd w:val="clear" w:fill="F2F2F2"/>
          </w:tcPr>
          <w:p>
            <w:r/>
            <w:r>
              <w:rPr>
                <w:rFonts w:ascii="Calibri" w:hAnsi="Calibri"/>
                <w:b w:val="0"/>
                <w:sz w:val="17"/>
              </w:rPr>
              <w:t>Recibió original: Coordinación de RH</w:t>
            </w:r>
          </w:p>
        </w:tc>
        <w:tc>
          <w:tcPr>
            <w:tcW w:type="dxa" w:w="2550"/>
            <w:shd w:val="clear" w:fill="F2F2F2"/>
          </w:tcPr>
          <w:p>
            <w:r/>
            <w:r>
              <w:rPr>
                <w:rFonts w:ascii="Calibri" w:hAnsi="Calibri"/>
                <w:b w:val="0"/>
                <w:sz w:val="17"/>
              </w:rPr>
              <w:t>Nombre: ______________</w:t>
            </w:r>
          </w:p>
        </w:tc>
        <w:tc>
          <w:tcPr>
            <w:tcW w:type="dxa" w:w="2244"/>
            <w:shd w:val="clear" w:fill="F2F2F2"/>
          </w:tcPr>
          <w:p>
            <w:r/>
            <w:r>
              <w:rPr>
                <w:rFonts w:ascii="Calibri" w:hAnsi="Calibri"/>
                <w:b w:val="0"/>
                <w:sz w:val="17"/>
              </w:rPr>
              <w:t>Firma: ______________</w:t>
            </w:r>
          </w:p>
        </w:tc>
        <w:tc>
          <w:tcPr>
            <w:tcW w:type="dxa" w:w="2550"/>
            <w:shd w:val="clear" w:fill="F2F2F2"/>
          </w:tcPr>
          <w:p>
            <w:r/>
            <w:r>
              <w:rPr>
                <w:rFonts w:ascii="Calibri" w:hAnsi="Calibri"/>
                <w:b w:val="0"/>
                <w:sz w:val="17"/>
              </w:rPr>
              <w:t>Fecha y hora: ______________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 w:val="0"/>
          <w:i/>
          <w:sz w:val="16"/>
        </w:rPr>
        <w:t>El ORIGINAL se archiva en el expediente del colaborador (FOR-RH-06); se entrega copia al colaborador si la solicita.</w:t>
      </w: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r/>
            <w:r>
              <w:rPr>
                <w:rFonts w:ascii="Calibri" w:hAnsi="Calibri"/>
                <w:b w:val="0"/>
                <w:color w:val="8A4512"/>
                <w:sz w:val="17"/>
              </w:rPr>
              <w:t>Uso interno: verificar que la fecha de último día laborado quede asentada (es el dato que más se omite); el original va al expediente; el finiquito se documenta por separado en el FOR-RH-20. Nunca usar renuncias en blanco o pre-firmadas: anulan la defensa de la empresa.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Grupo DISAL · Formato de Recursos Humanos · FOR-RH-18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