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 principa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RH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Requisición de Personal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FOR-RH-01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30-07-2026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p>
      <w:pPr>
        <w:spacing w:after="40"/>
      </w:pPr>
      <w:r>
        <w:rPr>
          <w:b w:val="0"/>
          <w:i/>
          <w:sz w:val="18"/>
        </w:rPr>
        <w:t>Este formato autoriza el inicio de un reclutamiento. Sin las tres firmas del bloque final, la vacante no se publica.</w:t>
      </w:r>
    </w:p>
    <w:p>
      <w:pPr>
        <w:spacing w:before="80" w:after="4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I · DATOS DE LA SOLICITUD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3400"/>
        <w:gridCol w:w="3400"/>
        <w:gridCol w:w="3400"/>
      </w:tblGrid>
      <w:tr>
        <w:trPr>
          <w:trHeight w:val="255" w:hRule="atLeast"/>
        </w:trPr>
        <w:tc>
          <w:tcPr>
            <w:tcW w:type="dxa" w:w="3264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Fecha de solicitud</w:t>
            </w:r>
          </w:p>
        </w:tc>
        <w:tc>
          <w:tcPr>
            <w:tcW w:type="dxa" w:w="3060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Folio</w:t>
            </w:r>
          </w:p>
        </w:tc>
        <w:tc>
          <w:tcPr>
            <w:tcW w:type="dxa" w:w="3876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Sucursal</w:t>
            </w:r>
          </w:p>
        </w:tc>
      </w:tr>
      <w:tr>
        <w:trPr>
          <w:trHeight w:val="283" w:hRule="atLeast"/>
        </w:trPr>
        <w:tc>
          <w:tcPr>
            <w:tcW w:type="dxa" w:w="32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306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REQ-________-____</w:t>
            </w:r>
          </w:p>
        </w:tc>
        <w:tc>
          <w:tcPr>
            <w:tcW w:type="dxa" w:w="387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(  ) Chihuahua      (  ) Hermosillo</w:t>
            </w:r>
          </w:p>
        </w:tc>
      </w:tr>
    </w:tbl>
    <w:p>
      <w:pPr>
        <w:spacing w:before="80" w:after="4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II · DATOS DEL SOLICITANTE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Área o departamento: </w:t>
            </w:r>
            <w:r>
              <w:rPr>
                <w:sz w:val="20"/>
              </w:rPr>
              <w:t>_______________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Nombre del Jefe Directo que solicita: </w:t>
            </w:r>
            <w:r>
              <w:rPr>
                <w:sz w:val="20"/>
              </w:rPr>
              <w:t>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Puesto del solicitante: </w:t>
            </w:r>
            <w:r>
              <w:rPr>
                <w:sz w:val="20"/>
              </w:rPr>
              <w:t>____________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Puesto al que reportará la vacante: </w:t>
            </w:r>
            <w:r>
              <w:rPr>
                <w:sz w:val="20"/>
              </w:rPr>
              <w:t>__________</w:t>
            </w:r>
          </w:p>
        </w:tc>
      </w:tr>
    </w:tbl>
    <w:p>
      <w:pPr>
        <w:spacing w:before="80" w:after="4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III · MOTIVO DE LA VACANTE</w:t>
      </w:r>
    </w:p>
    <w:p>
      <w:pPr>
        <w:spacing w:after="40"/>
      </w:pPr>
      <w:r>
        <w:rPr>
          <w:b w:val="0"/>
          <w:i w:val="0"/>
          <w:sz w:val="19"/>
        </w:rPr>
        <w:t>(  ) Puesto nuevo          (  ) Reemplazo. Persona a sustituir: ______________________________</w:t>
      </w:r>
    </w:p>
    <w:p>
      <w:pPr>
        <w:spacing w:after="40"/>
      </w:pPr>
      <w:r>
        <w:rPr>
          <w:b w:val="0"/>
          <w:i w:val="0"/>
          <w:sz w:val="19"/>
        </w:rPr>
        <w:t>(  ) Cobertura temporal (incapacidad o licencia). Persona a cubrir: ______________________________</w:t>
      </w:r>
    </w:p>
    <w:p>
      <w:pPr>
        <w:spacing w:after="40"/>
      </w:pPr>
      <w:r>
        <w:rPr>
          <w:b w:val="0"/>
          <w:i w:val="0"/>
          <w:sz w:val="19"/>
        </w:rPr>
        <w:t>Causa del reemplazo:   (  ) Renuncia    (  ) Término de la relación    (  ) Promoción    (  ) Otra: ______________</w:t>
      </w:r>
    </w:p>
    <w:p>
      <w:pPr>
        <w:spacing w:before="80" w:after="4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IV · DEFINICIÓN DEL PUESTO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Nombre del puesto (según perfil de puesto):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Número de posiciones: </w:t>
            </w:r>
            <w:r>
              <w:rPr>
                <w:sz w:val="20"/>
              </w:rPr>
              <w:t>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Fecha requerida de ingreso: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Jornada y horario (igual al del contrato): </w:t>
            </w:r>
            <w:r>
              <w:rPr>
                <w:sz w:val="20"/>
              </w:rPr>
              <w:t>__________</w:t>
            </w:r>
          </w:p>
        </w:tc>
      </w:tr>
    </w:tbl>
    <w:p>
      <w:pPr>
        <w:spacing w:after="40"/>
      </w:pPr>
      <w:r>
        <w:rPr>
          <w:b w:val="0"/>
          <w:i w:val="0"/>
          <w:sz w:val="19"/>
        </w:rPr>
        <w:t>Tipo de contratación:   (  ) Indeterminado con periodo de prueba de 30 días (opción por defecto)    (  ) Determinado, justificación de la temporalidad (LFT art. 37): ____________________________</w:t>
      </w:r>
    </w:p>
    <w:p>
      <w:pPr>
        <w:spacing w:after="40"/>
      </w:pPr>
      <w:r>
        <w:rPr>
          <w:b w:val="0"/>
          <w:i w:val="0"/>
          <w:sz w:val="19"/>
        </w:rPr>
        <w:t>Requiere unidad de reparto asignada:  (  ) Sí   (  ) No.    Rutas foráneas:  (  ) Juárez   (  ) Delicias   (  ) Otras: ____________</w:t>
      </w:r>
    </w:p>
    <w:p>
      <w:pPr>
        <w:spacing w:before="80" w:after="4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V · PERFIL REQUERIDO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Escolaridad mínima: </w:t>
            </w:r>
            <w:r>
              <w:rPr>
                <w:sz w:val="20"/>
              </w:rPr>
              <w:t>________________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Experiencia (años y en qué): </w:t>
            </w:r>
            <w:r>
              <w:rPr>
                <w:sz w:val="20"/>
              </w:rPr>
              <w:t>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Licencia de conducir (tipo y vigencia, solo puestos de reparto):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Competencias clave (máximo 5, del perfil de puesto): </w:t>
            </w:r>
            <w:r>
              <w:rPr>
                <w:sz w:val="20"/>
              </w:rPr>
              <w:t>__________</w:t>
            </w:r>
          </w:p>
        </w:tc>
      </w:tr>
    </w:tbl>
    <w:p>
      <w:pPr>
        <w:spacing w:after="40"/>
      </w:pPr>
      <w:r>
        <w:rPr>
          <w:b w:val="0"/>
          <w:i w:val="0"/>
          <w:sz w:val="19"/>
        </w:rPr>
        <w:t>Funciones generales del puesto:  ______________________________________________________________</w:t>
      </w:r>
    </w:p>
    <w:p>
      <w:pPr>
        <w:spacing w:after="40"/>
      </w:pPr>
      <w:r>
        <w:rPr>
          <w:b w:val="0"/>
          <w:i w:val="0"/>
          <w:sz w:val="19"/>
        </w:rPr>
        <w:t>_______________________________________________________________________________________________</w:t>
      </w:r>
    </w:p>
    <w:p>
      <w:pPr>
        <w:spacing w:after="40"/>
      </w:pPr>
      <w:r>
        <w:rPr>
          <w:b w:val="0"/>
          <w:i w:val="0"/>
          <w:sz w:val="19"/>
        </w:rPr>
        <w:t>_______________________________________________________________________________________________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Los requisitos se expresan únicamente en términos de competencias, experiencia y requisitos objetivos del puesto. Este formato no admite criterios de sexo, edad, estado civil ni ningún otro prohibido por los artículos 3 y 133 fracción I de la LFT.</w:t>
            </w:r>
          </w:p>
        </w:tc>
      </w:tr>
    </w:tbl>
    <w:p>
      <w:pPr>
        <w:spacing w:after="0" w:line="80" w:lineRule="exact"/>
      </w:pPr>
    </w:p>
    <w:p>
      <w:pPr>
        <w:spacing w:before="80" w:after="4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VI · AUTORIZACIÓN ECONÓMICA</w:t>
      </w:r>
    </w:p>
    <w:p>
      <w:pPr>
        <w:spacing w:after="60"/>
      </w:pPr>
      <w:r>
        <w:rPr>
          <w:b/>
          <w:i w:val="0"/>
          <w:sz w:val="21"/>
        </w:rPr>
        <w:t>Rango de sueldo mensual BRUTO autorizado:   de  $ __________________   a  $ __________________</w:t>
      </w:r>
    </w:p>
    <w:p>
      <w:pPr>
        <w:spacing w:after="40"/>
      </w:pPr>
      <w:r>
        <w:rPr>
          <w:b w:val="0"/>
          <w:i w:val="0"/>
          <w:sz w:val="19"/>
        </w:rPr>
        <w:t>Prestaciones adicionales a las de ley autorizadas (si las hay): ________________________________________</w:t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La oferta al candidato (FOR-RH-05) no podrá salir del rango bruto aquí autorizado. La oferta no baja: lo autorizado es lo que se oferta y lo que aterriza en el contrato.</w:t>
            </w:r>
          </w:p>
        </w:tc>
      </w:tr>
    </w:tbl>
    <w:p>
      <w:pPr>
        <w:spacing w:after="0" w:line="80" w:lineRule="exact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3400"/>
        <w:gridCol w:w="3400"/>
        <w:gridCol w:w="3400"/>
      </w:tblGrid>
      <w:tr>
        <w:trPr>
          <w:trHeight w:val="255" w:hRule="atLeast"/>
        </w:trPr>
        <w:tc>
          <w:tcPr>
            <w:tcW w:type="dxa" w:w="3400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Solicita: Jefe Directo</w:t>
            </w:r>
          </w:p>
        </w:tc>
        <w:tc>
          <w:tcPr>
            <w:tcW w:type="dxa" w:w="3400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Revisa: Coordinación de RH</w:t>
            </w:r>
          </w:p>
        </w:tc>
        <w:tc>
          <w:tcPr>
            <w:tcW w:type="dxa" w:w="3400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Autoriza: Dirección General</w:t>
            </w:r>
          </w:p>
        </w:tc>
      </w:tr>
      <w:tr>
        <w:trPr>
          <w:trHeight w:val="312" w:hRule="atLeast"/>
        </w:trPr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Nombre:</w:t>
            </w:r>
          </w:p>
        </w:tc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Nombre:</w:t>
            </w:r>
          </w:p>
        </w:tc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Nombre:</w:t>
            </w:r>
          </w:p>
        </w:tc>
      </w:tr>
      <w:tr>
        <w:trPr>
          <w:trHeight w:val="482" w:hRule="atLeast"/>
        </w:trPr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Firma:</w:t>
            </w:r>
          </w:p>
        </w:tc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Firma:</w:t>
            </w:r>
          </w:p>
        </w:tc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Firma:</w:t>
            </w:r>
          </w:p>
        </w:tc>
      </w:tr>
      <w:tr>
        <w:trPr>
          <w:trHeight w:val="283" w:hRule="atLeast"/>
        </w:trPr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Fecha:</w:t>
            </w:r>
          </w:p>
        </w:tc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Fecha:</w:t>
            </w:r>
          </w:p>
        </w:tc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Fecha:</w:t>
            </w:r>
          </w:p>
        </w:tc>
      </w:tr>
    </w:tbl>
    <w:p>
      <w:pPr>
        <w:spacing w:before="80" w:after="4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USO EXCLUSIVO DE LA COORDINACIÓN DE RH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Fecha de publicación de la vacante: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Fecha de cierre: </w:t>
            </w:r>
            <w:r>
              <w:rPr>
                <w:sz w:val="20"/>
              </w:rPr>
              <w:t>___________________</w:t>
            </w:r>
          </w:p>
        </w:tc>
      </w:tr>
    </w:tbl>
    <w:p>
      <w:pPr>
        <w:spacing w:after="40"/>
      </w:pPr>
      <w:r>
        <w:rPr>
          <w:b w:val="0"/>
          <w:i w:val="0"/>
          <w:sz w:val="19"/>
        </w:rPr>
        <w:t>Fuentes utilizadas:  (  ) OCC   (  ) Computrabajo   (  ) Recomendados   (  ) Otra: ________________</w:t>
      </w:r>
    </w:p>
    <w:p>
      <w:pPr>
        <w:spacing w:after="80"/>
      </w:pPr>
      <w:r>
        <w:rPr>
          <w:b w:val="0"/>
          <w:i w:val="0"/>
          <w:sz w:val="20"/>
        </w:rPr>
        <w:t>Matriz de candidatos abierta (FOR-RH-90):  (  ) Sí</w:t>
      </w:r>
    </w:p>
    <w:p>
      <w:pPr>
        <w:spacing w:after="0"/>
      </w:pPr>
      <w:r>
        <w:rPr>
          <w:b w:val="0"/>
          <w:i/>
          <w:sz w:val="16"/>
        </w:rPr>
        <w:t>Elaboró: Coordinación de RH   |   Autorizó: Dirección General   |   Próxima revisión: 30-07-2027</w:t>
      </w:r>
    </w:p>
    <w:sectPr w:rsidR="00FC693F" w:rsidRPr="0006063C" w:rsidSect="00034616">
      <w:footerReference w:type="default" r:id="rId10"/>
      <w:pgSz w:w="12240" w:h="15840"/>
      <w:pgMar w:top="56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Recursos Humanos · FOR-RH-01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